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応募メール文例と送信チェック</w:t>
      </w:r>
    </w:p>
    <w:p>
      <w:r>
        <w:t>自分用の準備シートです。空欄を記入し、分からない項目は「未確認」と残してください。</w:t>
      </w:r>
    </w:p>
    <w:p>
      <w:r>
        <w:t>角括弧の項目を自分の情報に置き換え、使う文面だけをメール本文へコピーします。</w:t>
      </w:r>
    </w:p>
    <w:p>
      <w:pPr>
        <w:pStyle w:val="Heading1"/>
      </w:pPr>
      <w:r>
        <w:t>応募書類の送付</w:t>
      </w:r>
    </w:p>
    <w:p>
      <w:r>
        <w:t>件名：［職種名］応募書類送付の件／［氏名］</w:t>
        <w:br/>
        <w:br/>
        <w:t>［会社名・施設名］</w:t>
        <w:br/>
        <w:t>採用ご担当者様</w:t>
        <w:br/>
        <w:br/>
        <w:t>はじめまして。［氏名］と申します。</w:t>
        <w:br/>
        <w:t>［掲載場所］で拝見した［職種名・求人番号］の求人に応募したく、履歴書と職務経歴書をお送りいたします。</w:t>
        <w:br/>
        <w:t>［関連する経験を一文で記載］</w:t>
        <w:br/>
        <w:t>添付書類をご確認いただけますと幸いです。どうぞよろしくお願いいたします。</w:t>
        <w:br/>
        <w:br/>
        <w:t>添付：履歴書、職務経歴書</w:t>
        <w:br/>
        <w:t>［氏名／電話番号／メールアドレス］</w:t>
      </w:r>
    </w:p>
    <w:p>
      <w:pPr>
        <w:pStyle w:val="Heading1"/>
      </w:pPr>
      <w:r>
        <w:t>面接日程の返信</w:t>
      </w:r>
    </w:p>
    <w:p>
      <w:r>
        <w:t>［担当者名］様</w:t>
        <w:br/>
        <w:br/>
        <w:t>お世話になっております。［氏名］です。</w:t>
        <w:br/>
        <w:t>面接のご案内をいただき、ありがとうございます。</w:t>
        <w:br/>
        <w:t>以下の日程で伺うことが可能です。</w:t>
        <w:br/>
        <w:t>第1希望：［年月日・曜日・開始可能時刻と終了可能時刻］</w:t>
        <w:br/>
        <w:t>第2希望：［年月日・曜日・開始可能時刻と終了可能時刻］</w:t>
        <w:br/>
        <w:t>第3希望：［年月日・曜日・開始可能時刻と終了可能時刻］</w:t>
        <w:br/>
        <w:t>ご調整のほど、よろしくお願いいたします。</w:t>
        <w:br/>
        <w:t>［署名］</w:t>
      </w:r>
    </w:p>
    <w:p>
      <w:r>
        <w:br w:type="page"/>
      </w:r>
    </w:p>
    <w:p>
      <w:pPr>
        <w:pStyle w:val="Heading1"/>
      </w:pPr>
      <w:r>
        <w:t>連絡文例と最終確認</w:t>
      </w:r>
    </w:p>
    <w:p>
      <w:pPr>
        <w:pStyle w:val="Heading1"/>
      </w:pPr>
      <w:r>
        <w:t>日程確定の返信</w:t>
      </w:r>
    </w:p>
    <w:p>
      <w:r>
        <w:t>面接日程のご連絡をありがとうございます。</w:t>
        <w:br/>
        <w:t>［年月日・曜日・時刻］に、［場所／接続方法］にて参加いたします。</w:t>
        <w:br/>
        <w:t>当日はどうぞよろしくお願いいたします。</w:t>
        <w:br/>
        <w:t>［氏名・署名］</w:t>
      </w:r>
    </w:p>
    <w:p>
      <w:pPr>
        <w:pStyle w:val="Heading1"/>
      </w:pPr>
      <w:r>
        <w:t>選考辞退の連絡</w:t>
      </w:r>
    </w:p>
    <w:p>
      <w:r>
        <w:t>選考のお時間をいただき、ありがとうございます。</w:t>
        <w:br/>
        <w:t>検討の結果、今回の選考を辞退させていただきたくご連絡いたしました。</w:t>
        <w:br/>
        <w:t>ご調整いただいたところ申し訳ございません。</w:t>
        <w:br/>
        <w:t>これまでご対応いただき、ありがとうございました。</w:t>
        <w:br/>
        <w:t>［氏名・署名］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778"/>
        <w:gridCol w:w="6973"/>
      </w:tblGrid>
      <w:tr>
        <w:trPr>
          <w:tblHeader/>
        </w:trPr>
        <w:tc>
          <w:tcPr>
            <w:tcW w:type="dxa" w:w="2778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項目</w:t>
            </w:r>
          </w:p>
        </w:tc>
        <w:tc>
          <w:tcPr>
            <w:tcW w:type="dxa" w:w="6973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737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宛先と担当者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737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応募先の指定形式 容量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737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添付ファイル名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737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確定日時と場所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r>
        <w:t>送信前  □宛先  □施設名  □角括弧の置換  □添付  □PDF表示  □日付と曜日  □署名</w:t>
      </w:r>
    </w:p>
    <w:p>
      <w:pPr>
        <w:pStyle w:val="Heading1"/>
      </w:pPr>
      <w:r>
        <w:t>送信後の記録と次の対応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9751"/>
      </w:tblGrid>
      <w:tr>
        <w:trPr>
          <w:tblHeader/>
        </w:trPr>
        <w:tc>
          <w:tcPr>
            <w:tcW w:type="dxa" w:w="9751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1191" w:hRule="atLeast"/>
          <w:cantSplit/>
        </w:trPr>
        <w:tc>
          <w:tcPr>
            <w:tcW w:type="dxa" w:w="9751"/>
            <w:vAlign w:val="center"/>
          </w:tcPr>
          <w:p>
            <w:pPr>
              <w:spacing w:after="60" w:before="60"/>
            </w:pPr>
            <w:r>
              <w:br/>
              <w:br/>
            </w:r>
          </w:p>
        </w:tc>
      </w:tr>
    </w:tbl>
    <w:p>
      <w:pPr>
        <w:spacing w:after="0" w:line="40" w:lineRule="exact"/>
      </w:pPr>
      <w:r>
        <w:rPr>
          <w:sz w:val="2"/>
        </w:rPr>
      </w:r>
    </w:p>
    <w:sectPr w:rsidR="00FC693F" w:rsidRPr="0006063C" w:rsidSect="00034616">
      <w:footerReference w:type="default" r:id="rId9"/>
      <w:pgSz w:w="11906" w:h="16838"/>
      <w:pgMar w:top="964" w:right="1077" w:bottom="96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sz w:val="16"/>
      </w:rPr>
      <w:t xml:space="preserve">トリジョブ編集部  2026年9月版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before="0" w:line="280" w:lineRule="exact"/>
      <w:keepNext w:val="0"/>
      <w:snapToGrid w:val="0"/>
    </w:pPr>
    <w:rPr>
      <w:rFonts w:ascii="Hiragino Sans" w:hAnsi="Hiragino Sans" w:eastAsia="Hiragino Sans"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 w:line="360" w:lineRule="exact"/>
      <w:outlineLvl w:val="0"/>
      <w:snapToGrid w:val="0"/>
    </w:pPr>
    <w:rPr>
      <w:rFonts w:cstheme="majorBidi" w:ascii="Hiragino Sans" w:hAnsi="Hiragino Sans" w:eastAsia="Hiragino Sans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0" w:after="80"/>
      <w:outlineLvl w:val="1"/>
      <w:snapToGrid w:val="0"/>
    </w:pPr>
    <w:rPr>
      <w:rFonts w:cstheme="majorBidi" w:ascii="Hiragino Sans" w:hAnsi="Hiragino Sans" w:eastAsia="Hiragino Sans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80" w:line="560" w:lineRule="exact" w:before="0"/>
      <w:contextualSpacing/>
      <w:snapToGrid w:val="0"/>
    </w:pPr>
    <w:rPr>
      <w:rFonts w:cstheme="majorBidi" w:ascii="Hiragino Sans" w:hAnsi="Hiragino Sans" w:eastAsia="Hiragino Sans"/>
      <w:color w:val="000000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応募メール文例と送信チェック</dc:title>
  <dc:subject>応募と転職準備に使えるオリジナルテンプレート</dc:subject>
  <dc:creator>トリジョブ編集部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