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住み込みの寮確認シート</w:t>
      </w:r>
    </w:p>
    <w:p>
      <w:r>
        <w:t>自分用の準備シートです。空欄を記入し、分からない項目は「未確認」と残してください。</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778"/>
        <w:gridCol w:w="6973"/>
      </w:tblGrid>
      <w:tr>
        <w:trPr>
          <w:tblHeader/>
        </w:trPr>
        <w:tc>
          <w:tcPr>
            <w:tcW w:type="dxa" w:w="2778"/>
            <w:shd w:fill="F0F2F3"/>
            <w:vAlign w:val="center"/>
          </w:tcPr>
          <w:p>
            <w:pPr>
              <w:spacing w:after="60" w:before="60"/>
            </w:pPr>
            <w:r>
              <w:rPr>
                <w:b/>
              </w:rPr>
              <w:t>項目</w:t>
            </w:r>
          </w:p>
        </w:tc>
        <w:tc>
          <w:tcPr>
            <w:tcW w:type="dxa" w:w="6973"/>
            <w:shd w:fill="F0F2F3"/>
            <w:vAlign w:val="center"/>
          </w:tcPr>
          <w:p>
            <w:pPr>
              <w:spacing w:after="60" w:before="60"/>
            </w:pPr>
            <w:r>
              <w:rPr>
                <w:b/>
              </w:rPr>
              <w:t>記入欄</w:t>
            </w:r>
          </w:p>
        </w:tc>
      </w:tr>
      <w:tr>
        <w:trPr>
          <w:trHeight w:val="680" w:hRule="atLeast"/>
          <w:cantSplit/>
        </w:trPr>
        <w:tc>
          <w:tcPr>
            <w:tcW w:type="dxa" w:w="2778"/>
            <w:vAlign w:val="center"/>
          </w:tcPr>
          <w:p>
            <w:pPr>
              <w:spacing w:after="60" w:before="60"/>
            </w:pPr>
            <w:r>
              <w:t>施設名 寮名 確認日</w:t>
            </w:r>
          </w:p>
        </w:tc>
        <w:tc>
          <w:tcPr>
            <w:tcW w:type="dxa" w:w="6973"/>
            <w:vAlign w:val="center"/>
          </w:tcPr>
          <w:p>
            <w:pPr>
              <w:spacing w:after="60" w:before="60"/>
            </w:pPr>
            <w:r/>
          </w:p>
        </w:tc>
      </w:tr>
      <w:tr>
        <w:trPr>
          <w:trHeight w:val="680" w:hRule="atLeast"/>
          <w:cantSplit/>
        </w:trPr>
        <w:tc>
          <w:tcPr>
            <w:tcW w:type="dxa" w:w="2778"/>
            <w:vAlign w:val="center"/>
          </w:tcPr>
          <w:p>
            <w:pPr>
              <w:spacing w:after="60" w:before="60"/>
            </w:pPr>
            <w:r>
              <w:t>回答者と確認方法</w:t>
            </w:r>
          </w:p>
        </w:tc>
        <w:tc>
          <w:tcPr>
            <w:tcW w:type="dxa" w:w="6973"/>
            <w:vAlign w:val="center"/>
          </w:tcPr>
          <w:p>
            <w:pPr>
              <w:spacing w:after="60" w:before="60"/>
            </w:pPr>
            <w:r/>
          </w:p>
        </w:tc>
      </w:tr>
    </w:tbl>
    <w:p>
      <w:pPr>
        <w:spacing w:after="0" w:line="40" w:lineRule="exact"/>
      </w:pPr>
      <w:r>
        <w:rPr>
          <w:sz w:val="2"/>
        </w:rPr>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742"/>
        <w:gridCol w:w="3005"/>
        <w:gridCol w:w="3005"/>
      </w:tblGrid>
      <w:tr>
        <w:trPr>
          <w:tblHeader/>
        </w:trPr>
        <w:tc>
          <w:tcPr>
            <w:tcW w:type="dxa" w:w="3742"/>
            <w:shd w:fill="F0F2F3"/>
            <w:vAlign w:val="center"/>
          </w:tcPr>
          <w:p>
            <w:pPr>
              <w:spacing w:after="60" w:before="60"/>
            </w:pPr>
            <w:r>
              <w:rPr>
                <w:b/>
              </w:rPr>
              <w:t>確認する項目</w:t>
            </w:r>
          </w:p>
        </w:tc>
        <w:tc>
          <w:tcPr>
            <w:tcW w:type="dxa" w:w="3005"/>
            <w:shd w:fill="F0F2F3"/>
            <w:vAlign w:val="center"/>
          </w:tcPr>
          <w:p>
            <w:pPr>
              <w:spacing w:after="60" w:before="60"/>
            </w:pPr>
            <w:r>
              <w:rPr>
                <w:b/>
              </w:rPr>
              <w:t>回答</w:t>
            </w:r>
          </w:p>
        </w:tc>
        <w:tc>
          <w:tcPr>
            <w:tcW w:type="dxa" w:w="3005"/>
            <w:shd w:fill="F0F2F3"/>
            <w:vAlign w:val="center"/>
          </w:tcPr>
          <w:p>
            <w:pPr>
              <w:spacing w:after="60" w:before="60"/>
            </w:pPr>
            <w:r>
              <w:rPr>
                <w:b/>
              </w:rPr>
              <w:t>未確認 次に聞くこと</w:t>
            </w:r>
          </w:p>
        </w:tc>
      </w:tr>
      <w:tr>
        <w:trPr>
          <w:trHeight w:val="850" w:hRule="atLeast"/>
          <w:cantSplit/>
        </w:trPr>
        <w:tc>
          <w:tcPr>
            <w:tcW w:type="dxa" w:w="3742"/>
            <w:vAlign w:val="center"/>
          </w:tcPr>
          <w:p>
            <w:pPr>
              <w:spacing w:after="60" w:before="60"/>
            </w:pPr>
            <w:r>
              <w:t>個室 相部屋 鍵</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風呂 トイレ キッチン</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寮費と初期費用</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光熱費 通信費</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食事代と休日の提供</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通勤方法 所要時間</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洗濯 家具 寝具</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買い物 通院 交通</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生活ルール 来客</w:t>
            </w:r>
          </w:p>
        </w:tc>
        <w:tc>
          <w:tcPr>
            <w:tcW w:type="dxa" w:w="3005"/>
            <w:vAlign w:val="center"/>
          </w:tcPr>
          <w:p>
            <w:pPr>
              <w:spacing w:after="60" w:before="60"/>
            </w:pPr>
            <w:r/>
          </w:p>
        </w:tc>
        <w:tc>
          <w:tcPr>
            <w:tcW w:type="dxa" w:w="3005"/>
            <w:vAlign w:val="center"/>
          </w:tcPr>
          <w:p>
            <w:pPr>
              <w:spacing w:after="60" w:before="60"/>
            </w:pPr>
            <w:r/>
          </w:p>
        </w:tc>
      </w:tr>
      <w:tr>
        <w:trPr>
          <w:trHeight w:val="850" w:hRule="atLeast"/>
          <w:cantSplit/>
        </w:trPr>
        <w:tc>
          <w:tcPr>
            <w:tcW w:type="dxa" w:w="3742"/>
            <w:vAlign w:val="center"/>
          </w:tcPr>
          <w:p>
            <w:pPr>
              <w:spacing w:after="60" w:before="60"/>
            </w:pPr>
            <w:r>
              <w:t>入居日と退寮条件</w:t>
            </w:r>
          </w:p>
        </w:tc>
        <w:tc>
          <w:tcPr>
            <w:tcW w:type="dxa" w:w="3005"/>
            <w:vAlign w:val="center"/>
          </w:tcPr>
          <w:p>
            <w:pPr>
              <w:spacing w:after="60" w:before="60"/>
            </w:pPr>
            <w:r/>
          </w:p>
        </w:tc>
        <w:tc>
          <w:tcPr>
            <w:tcW w:type="dxa" w:w="3005"/>
            <w:vAlign w:val="center"/>
          </w:tcPr>
          <w:p>
            <w:pPr>
              <w:spacing w:after="60" w:before="60"/>
            </w:pPr>
            <w:r/>
          </w:p>
        </w:tc>
      </w:tr>
    </w:tbl>
    <w:p>
      <w:pPr>
        <w:spacing w:after="0" w:line="40" w:lineRule="exact"/>
      </w:pPr>
      <w:r>
        <w:rPr>
          <w:sz w:val="2"/>
        </w:rPr>
      </w:r>
    </w:p>
    <w:p>
      <w:r>
        <w:br w:type="page"/>
      </w:r>
    </w:p>
    <w:p>
      <w:pPr>
        <w:pStyle w:val="Heading1"/>
      </w:pPr>
      <w:r>
        <w:t>初期費用と生活の確認</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742"/>
        <w:gridCol w:w="2268"/>
        <w:gridCol w:w="3742"/>
      </w:tblGrid>
      <w:tr>
        <w:trPr>
          <w:tblHeader/>
        </w:trPr>
        <w:tc>
          <w:tcPr>
            <w:tcW w:type="dxa" w:w="3742"/>
            <w:shd w:fill="F0F2F3"/>
            <w:vAlign w:val="center"/>
          </w:tcPr>
          <w:p>
            <w:pPr>
              <w:spacing w:after="60" w:before="60"/>
            </w:pPr>
            <w:r>
              <w:rPr>
                <w:b/>
              </w:rPr>
              <w:t>費用項目</w:t>
            </w:r>
          </w:p>
        </w:tc>
        <w:tc>
          <w:tcPr>
            <w:tcW w:type="dxa" w:w="2268"/>
            <w:shd w:fill="F0F2F3"/>
            <w:vAlign w:val="center"/>
          </w:tcPr>
          <w:p>
            <w:pPr>
              <w:spacing w:after="60" w:before="60"/>
            </w:pPr>
            <w:r>
              <w:rPr>
                <w:b/>
              </w:rPr>
              <w:t>金額</w:t>
            </w:r>
          </w:p>
        </w:tc>
        <w:tc>
          <w:tcPr>
            <w:tcW w:type="dxa" w:w="3742"/>
            <w:shd w:fill="F0F2F3"/>
            <w:vAlign w:val="center"/>
          </w:tcPr>
          <w:p>
            <w:pPr>
              <w:spacing w:after="60" w:before="60"/>
            </w:pPr>
            <w:r>
              <w:rPr>
                <w:b/>
              </w:rPr>
              <w:t>支払日 根拠</w:t>
            </w:r>
          </w:p>
        </w:tc>
      </w:tr>
      <w:tr>
        <w:trPr>
          <w:trHeight w:val="964" w:hRule="atLeast"/>
          <w:cantSplit/>
        </w:trPr>
        <w:tc>
          <w:tcPr>
            <w:tcW w:type="dxa" w:w="3742"/>
            <w:vAlign w:val="center"/>
          </w:tcPr>
          <w:p>
            <w:pPr>
              <w:spacing w:after="60" w:before="60"/>
            </w:pPr>
            <w:r>
              <w:t>赴任交通費</w:t>
            </w:r>
          </w:p>
        </w:tc>
        <w:tc>
          <w:tcPr>
            <w:tcW w:type="dxa" w:w="2268"/>
            <w:vAlign w:val="center"/>
          </w:tcPr>
          <w:p>
            <w:pPr>
              <w:spacing w:after="60" w:before="60"/>
            </w:pPr>
            <w:r/>
          </w:p>
        </w:tc>
        <w:tc>
          <w:tcPr>
            <w:tcW w:type="dxa" w:w="3742"/>
            <w:vAlign w:val="center"/>
          </w:tcPr>
          <w:p>
            <w:pPr>
              <w:spacing w:after="60" w:before="60"/>
            </w:pPr>
            <w:r/>
          </w:p>
        </w:tc>
      </w:tr>
      <w:tr>
        <w:trPr>
          <w:trHeight w:val="964" w:hRule="atLeast"/>
          <w:cantSplit/>
        </w:trPr>
        <w:tc>
          <w:tcPr>
            <w:tcW w:type="dxa" w:w="3742"/>
            <w:vAlign w:val="center"/>
          </w:tcPr>
          <w:p>
            <w:pPr>
              <w:spacing w:after="60" w:before="60"/>
            </w:pPr>
            <w:r>
              <w:t>引越し 荷物送料</w:t>
            </w:r>
          </w:p>
        </w:tc>
        <w:tc>
          <w:tcPr>
            <w:tcW w:type="dxa" w:w="2268"/>
            <w:vAlign w:val="center"/>
          </w:tcPr>
          <w:p>
            <w:pPr>
              <w:spacing w:after="60" w:before="60"/>
            </w:pPr>
            <w:r/>
          </w:p>
        </w:tc>
        <w:tc>
          <w:tcPr>
            <w:tcW w:type="dxa" w:w="3742"/>
            <w:vAlign w:val="center"/>
          </w:tcPr>
          <w:p>
            <w:pPr>
              <w:spacing w:after="60" w:before="60"/>
            </w:pPr>
            <w:r/>
          </w:p>
        </w:tc>
      </w:tr>
      <w:tr>
        <w:trPr>
          <w:trHeight w:val="964" w:hRule="atLeast"/>
          <w:cantSplit/>
        </w:trPr>
        <w:tc>
          <w:tcPr>
            <w:tcW w:type="dxa" w:w="3742"/>
            <w:vAlign w:val="center"/>
          </w:tcPr>
          <w:p>
            <w:pPr>
              <w:spacing w:after="60" w:before="60"/>
            </w:pPr>
            <w:r>
              <w:t>初期費用 備品</w:t>
            </w:r>
          </w:p>
        </w:tc>
        <w:tc>
          <w:tcPr>
            <w:tcW w:type="dxa" w:w="2268"/>
            <w:vAlign w:val="center"/>
          </w:tcPr>
          <w:p>
            <w:pPr>
              <w:spacing w:after="60" w:before="60"/>
            </w:pPr>
            <w:r/>
          </w:p>
        </w:tc>
        <w:tc>
          <w:tcPr>
            <w:tcW w:type="dxa" w:w="3742"/>
            <w:vAlign w:val="center"/>
          </w:tcPr>
          <w:p>
            <w:pPr>
              <w:spacing w:after="60" w:before="60"/>
            </w:pPr>
            <w:r/>
          </w:p>
        </w:tc>
      </w:tr>
      <w:tr>
        <w:trPr>
          <w:trHeight w:val="964" w:hRule="atLeast"/>
          <w:cantSplit/>
        </w:trPr>
        <w:tc>
          <w:tcPr>
            <w:tcW w:type="dxa" w:w="3742"/>
            <w:vAlign w:val="center"/>
          </w:tcPr>
          <w:p>
            <w:pPr>
              <w:spacing w:after="60" w:before="60"/>
            </w:pPr>
            <w:r>
              <w:t>初回給与までの生活費</w:t>
            </w:r>
          </w:p>
        </w:tc>
        <w:tc>
          <w:tcPr>
            <w:tcW w:type="dxa" w:w="2268"/>
            <w:vAlign w:val="center"/>
          </w:tcPr>
          <w:p>
            <w:pPr>
              <w:spacing w:after="60" w:before="60"/>
            </w:pPr>
            <w:r/>
          </w:p>
        </w:tc>
        <w:tc>
          <w:tcPr>
            <w:tcW w:type="dxa" w:w="3742"/>
            <w:vAlign w:val="center"/>
          </w:tcPr>
          <w:p>
            <w:pPr>
              <w:spacing w:after="60" w:before="60"/>
            </w:pPr>
            <w:r/>
          </w:p>
        </w:tc>
      </w:tr>
      <w:tr>
        <w:trPr>
          <w:trHeight w:val="964" w:hRule="atLeast"/>
          <w:cantSplit/>
        </w:trPr>
        <w:tc>
          <w:tcPr>
            <w:tcW w:type="dxa" w:w="3742"/>
            <w:vAlign w:val="center"/>
          </w:tcPr>
          <w:p>
            <w:pPr>
              <w:spacing w:after="60" w:before="60"/>
            </w:pPr>
            <w:r>
              <w:t>退寮 引越し予備費</w:t>
            </w:r>
          </w:p>
        </w:tc>
        <w:tc>
          <w:tcPr>
            <w:tcW w:type="dxa" w:w="2268"/>
            <w:vAlign w:val="center"/>
          </w:tcPr>
          <w:p>
            <w:pPr>
              <w:spacing w:after="60" w:before="60"/>
            </w:pPr>
            <w:r/>
          </w:p>
        </w:tc>
        <w:tc>
          <w:tcPr>
            <w:tcW w:type="dxa" w:w="3742"/>
            <w:vAlign w:val="center"/>
          </w:tcPr>
          <w:p>
            <w:pPr>
              <w:spacing w:after="60" w:before="60"/>
            </w:pPr>
            <w:r/>
          </w:p>
        </w:tc>
      </w:tr>
    </w:tbl>
    <w:p>
      <w:pPr>
        <w:spacing w:after="0" w:line="40" w:lineRule="exact"/>
      </w:pPr>
      <w:r>
        <w:rPr>
          <w:sz w:val="2"/>
        </w:rPr>
      </w:r>
    </w:p>
    <w:p>
      <w:pPr>
        <w:pStyle w:val="Heading1"/>
      </w:pPr>
      <w:r>
        <w:t>写真や内見で確かめること</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9751"/>
      </w:tblGrid>
      <w:tr>
        <w:trPr>
          <w:tblHeader/>
        </w:trPr>
        <w:tc>
          <w:tcPr>
            <w:tcW w:type="dxa" w:w="9751"/>
            <w:shd w:fill="F0F2F3"/>
            <w:vAlign w:val="center"/>
          </w:tcPr>
          <w:p>
            <w:pPr>
              <w:spacing w:after="60" w:before="60"/>
            </w:pPr>
            <w:r>
              <w:rPr>
                <w:b/>
              </w:rPr>
              <w:t>記入欄</w:t>
            </w:r>
          </w:p>
        </w:tc>
      </w:tr>
      <w:tr>
        <w:trPr>
          <w:trHeight w:val="1587" w:hRule="atLeast"/>
          <w:cantSplit/>
        </w:trPr>
        <w:tc>
          <w:tcPr>
            <w:tcW w:type="dxa" w:w="9751"/>
            <w:vAlign w:val="center"/>
          </w:tcPr>
          <w:p>
            <w:pPr>
              <w:spacing w:after="60" w:before="60"/>
            </w:pPr>
            <w:r>
              <w:br/>
              <w:br/>
              <w:br/>
            </w:r>
          </w:p>
        </w:tc>
      </w:tr>
    </w:tbl>
    <w:p>
      <w:pPr>
        <w:spacing w:after="0" w:line="40" w:lineRule="exact"/>
      </w:pPr>
      <w:r>
        <w:rPr>
          <w:sz w:val="2"/>
        </w:rPr>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778"/>
        <w:gridCol w:w="6973"/>
      </w:tblGrid>
      <w:tr>
        <w:trPr>
          <w:tblHeader/>
        </w:trPr>
        <w:tc>
          <w:tcPr>
            <w:tcW w:type="dxa" w:w="2778"/>
            <w:shd w:fill="F0F2F3"/>
            <w:vAlign w:val="center"/>
          </w:tcPr>
          <w:p>
            <w:pPr>
              <w:spacing w:after="60" w:before="60"/>
            </w:pPr>
            <w:r>
              <w:rPr>
                <w:b/>
              </w:rPr>
              <w:t>項目</w:t>
            </w:r>
          </w:p>
        </w:tc>
        <w:tc>
          <w:tcPr>
            <w:tcW w:type="dxa" w:w="6973"/>
            <w:shd w:fill="F0F2F3"/>
            <w:vAlign w:val="center"/>
          </w:tcPr>
          <w:p>
            <w:pPr>
              <w:spacing w:after="60" w:before="60"/>
            </w:pPr>
            <w:r>
              <w:rPr>
                <w:b/>
              </w:rPr>
              <w:t>記入欄</w:t>
            </w:r>
          </w:p>
        </w:tc>
      </w:tr>
      <w:tr>
        <w:trPr>
          <w:trHeight w:val="1134" w:hRule="atLeast"/>
          <w:cantSplit/>
        </w:trPr>
        <w:tc>
          <w:tcPr>
            <w:tcW w:type="dxa" w:w="2778"/>
            <w:vAlign w:val="center"/>
          </w:tcPr>
          <w:p>
            <w:pPr>
              <w:spacing w:after="60" w:before="60"/>
            </w:pPr>
            <w:r>
              <w:t>書面を確認する項目</w:t>
            </w:r>
          </w:p>
        </w:tc>
        <w:tc>
          <w:tcPr>
            <w:tcW w:type="dxa" w:w="6973"/>
            <w:vAlign w:val="center"/>
          </w:tcPr>
          <w:p>
            <w:pPr>
              <w:spacing w:after="60" w:before="60"/>
            </w:pPr>
            <w:r/>
          </w:p>
        </w:tc>
      </w:tr>
      <w:tr>
        <w:trPr>
          <w:trHeight w:val="1134" w:hRule="atLeast"/>
          <w:cantSplit/>
        </w:trPr>
        <w:tc>
          <w:tcPr>
            <w:tcW w:type="dxa" w:w="2778"/>
            <w:vAlign w:val="center"/>
          </w:tcPr>
          <w:p>
            <w:pPr>
              <w:spacing w:after="60" w:before="60"/>
            </w:pPr>
            <w:r>
              <w:t>引越し前に解消する不明点</w:t>
            </w:r>
          </w:p>
        </w:tc>
        <w:tc>
          <w:tcPr>
            <w:tcW w:type="dxa" w:w="6973"/>
            <w:vAlign w:val="center"/>
          </w:tcPr>
          <w:p>
            <w:pPr>
              <w:spacing w:after="60" w:before="60"/>
            </w:pPr>
            <w:r/>
          </w:p>
        </w:tc>
      </w:tr>
    </w:tbl>
    <w:p>
      <w:pPr>
        <w:spacing w:after="0" w:line="40" w:lineRule="exact"/>
      </w:pPr>
      <w:r>
        <w:rPr>
          <w:sz w:val="2"/>
        </w:rPr>
      </w:r>
    </w:p>
    <w:p>
      <w:r>
        <w:t>求人の寮写真が実際に入居する部屋か確認します。毎月の自己負担額と給与明細での扱いは採用担当者へ確認してください。</w:t>
      </w:r>
    </w:p>
    <w:sectPr w:rsidR="00FC693F" w:rsidRPr="0006063C" w:rsidSect="00034616">
      <w:footerReference w:type="default" r:id="rId9"/>
      <w:pgSz w:w="11906" w:h="16838"/>
      <w:pgMar w:top="964" w:right="1077" w:bottom="96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トリジョブ編集部  2026年9月版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before="0" w:line="280" w:lineRule="exact"/>
      <w:keepNext w:val="0"/>
      <w:snapToGrid w:val="0"/>
    </w:pPr>
    <w:rPr>
      <w:rFonts w:ascii="Hiragino Sans" w:hAnsi="Hiragino Sans" w:eastAsia="Hiragino Sans"/>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line="360" w:lineRule="exact"/>
      <w:outlineLvl w:val="0"/>
      <w:snapToGrid w:val="0"/>
    </w:pPr>
    <w:rPr>
      <w:rFonts w:cstheme="majorBidi" w:ascii="Hiragino Sans" w:hAnsi="Hiragino Sans" w:eastAsia="Hiragino Sans"/>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0" w:after="80"/>
      <w:outlineLvl w:val="1"/>
      <w:snapToGrid w:val="0"/>
    </w:pPr>
    <w:rPr>
      <w:rFonts w:cstheme="majorBidi" w:ascii="Hiragino Sans" w:hAnsi="Hiragino Sans" w:eastAsia="Hiragino Sans"/>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cstheme="majorBidi"/>
      <w:b/>
      <w:bCs/>
      <w:color w:val="4F81BD" w:themeColor="accent1"/>
    </w:rPr>
  </w:style>
  <w:style w:type="paragraph" w:styleId="Title">
    <w:name w:val="Title"/>
    <w:basedOn w:val="Normal"/>
    <w:next w:val="Normal"/>
    <w:link w:val="TitleChar"/>
    <w:uiPriority w:val="10"/>
    <w:qFormat/>
    <w:rsid w:val="00FC693F"/>
    <w:pPr>
      <w:spacing w:after="80" w:line="560" w:lineRule="exact" w:before="0"/>
      <w:contextualSpacing/>
      <w:snapToGrid w:val="0"/>
    </w:pPr>
    <w:rPr>
      <w:rFonts w:cstheme="majorBidi" w:ascii="Hiragino Sans" w:hAnsi="Hiragino Sans" w:eastAsia="Hiragino Sans"/>
      <w:color w:val="000000"/>
      <w:spacing w:val="5"/>
      <w:kern w:val="28"/>
      <w:sz w:val="42"/>
      <w:szCs w:val="52"/>
    </w:rPr>
  </w:style>
  <w:style w:type="character" w:customStyle="1" w:styleId="TitleChar">
    <w:name w:val="Title Char"/>
    <w:basedOn w:val="DefaultParagraphFont"/>
    <w:link w:val="Title"/>
    <w:uiPriority w:val="10"/>
    <w:rsid w:val="00FC693F"/>
    <w:rPr>
      <w:rFonts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cstheme="majorBidi"/>
        <w:b/>
        <w:bCs/>
      </w:rPr>
    </w:tblStylePr>
    <w:tblStylePr w:type="lastCol">
      <w:rPr>
        <w:rFonts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cstheme="majorBidi"/>
        <w:b/>
        <w:bCs/>
      </w:rPr>
    </w:tblStylePr>
    <w:tblStylePr w:type="lastCol">
      <w:rPr>
        <w:rFonts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cstheme="majorBidi"/>
        <w:b/>
        <w:bCs/>
      </w:rPr>
    </w:tblStylePr>
    <w:tblStylePr w:type="lastCol">
      <w:rPr>
        <w:rFonts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cstheme="majorBidi"/>
        <w:b/>
        <w:bCs/>
      </w:rPr>
    </w:tblStylePr>
    <w:tblStylePr w:type="lastCol">
      <w:rPr>
        <w:rFonts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cstheme="majorBidi"/>
        <w:b/>
        <w:bCs/>
      </w:rPr>
    </w:tblStylePr>
    <w:tblStylePr w:type="lastCol">
      <w:rPr>
        <w:rFonts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cstheme="majorBidi"/>
        <w:b/>
        <w:bCs/>
      </w:rPr>
    </w:tblStylePr>
    <w:tblStylePr w:type="lastCol">
      <w:rPr>
        <w:rFonts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cstheme="majorBidi"/>
        <w:b/>
        <w:bCs/>
      </w:rPr>
    </w:tblStylePr>
    <w:tblStylePr w:type="lastCol">
      <w:rPr>
        <w:rFonts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住み込みの寮確認シート</dc:title>
  <dc:subject>応募と転職準備に使えるオリジナルテンプレート</dc:subject>
  <dc:creator>トリジョブ編集部</dc:creator>
  <cp:keywords/>
  <dc:description>generated by python-docx</dc:description>
  <cp:lastModifiedBy/>
  <cp:revision>1</cp:revision>
  <dcterms:created xsi:type="dcterms:W3CDTF">2013-12-23T23:15:00Z</dcterms:created>
  <dcterms:modified xsi:type="dcterms:W3CDTF">2013-12-23T23:15:00Z</dcterms:modified>
  <cp:category/>
</cp:coreProperties>
</file>