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履歴書</w:t>
      </w:r>
    </w:p>
    <w:p>
      <w:r>
        <w:t xml:space="preserve">　　　　　　　年　　　月　　　日 現在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7200"/>
        <w:gridCol w:w="2551"/>
      </w:tblGrid>
      <w:tr>
        <w:trPr>
          <w:tblHeader/>
        </w:trPr>
        <w:tc>
          <w:tcPr>
            <w:tcW w:type="dxa" w:w="7200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基本情報</w:t>
            </w:r>
          </w:p>
        </w:tc>
        <w:tc>
          <w:tcPr>
            <w:tcW w:type="dxa" w:w="25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写真</w:t>
            </w:r>
          </w:p>
        </w:tc>
      </w:tr>
      <w:tr>
        <w:trPr>
          <w:trHeight w:val="1134" w:hRule="atLeast"/>
          <w:cantSplit/>
        </w:trPr>
        <w:tc>
          <w:tcPr>
            <w:tcW w:type="dxa" w:w="7200"/>
            <w:vAlign w:val="center"/>
          </w:tcPr>
          <w:p>
            <w:pPr>
              <w:spacing w:after="60" w:before="60"/>
            </w:pPr>
            <w:r>
              <w:t>ふりがな</w:t>
              <w:br/>
              <w:br/>
              <w:t>氏名</w:t>
            </w:r>
          </w:p>
        </w:tc>
        <w:tc>
          <w:tcPr>
            <w:tcW w:type="dxa" w:w="2551"/>
            <w:vAlign w:val="center"/>
          </w:tcPr>
          <w:p>
            <w:pPr>
              <w:spacing w:after="60" w:before="60"/>
            </w:pPr>
            <w:r>
              <w:t>写真を求められた場合に使用</w:t>
              <w:br/>
              <w:t>縦40mm × 横30mmの目安</w:t>
              <w:br/>
              <w:t>応募先の指定を優先</w:t>
            </w:r>
          </w:p>
        </w:tc>
      </w:tr>
      <w:tr>
        <w:trPr>
          <w:trHeight w:val="1134" w:hRule="atLeast"/>
          <w:cantSplit/>
        </w:trPr>
        <w:tc>
          <w:tcPr>
            <w:tcW w:type="dxa" w:w="7200"/>
            <w:vAlign w:val="center"/>
          </w:tcPr>
          <w:p>
            <w:pPr>
              <w:spacing w:after="60" w:before="60"/>
            </w:pPr>
            <w:r>
              <w:t>生年月日　　　　　年　　　月　　　日 生</w:t>
            </w:r>
          </w:p>
        </w:tc>
        <w:tc>
          <w:tcPr>
            <w:tcW w:type="dxa" w:w="2551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6973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項目</w:t>
            </w:r>
          </w:p>
        </w:tc>
        <w:tc>
          <w:tcPr>
            <w:tcW w:type="dxa" w:w="697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68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現住所 〒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68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電話番号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68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メールアドレス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64"/>
        <w:gridCol w:w="737"/>
        <w:gridCol w:w="8050"/>
      </w:tblGrid>
      <w:tr>
        <w:trPr>
          <w:tblHeader/>
        </w:trPr>
        <w:tc>
          <w:tcPr>
            <w:tcW w:type="dxa" w:w="964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年</w:t>
            </w:r>
          </w:p>
        </w:tc>
        <w:tc>
          <w:tcPr>
            <w:tcW w:type="dxa" w:w="737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月</w:t>
            </w:r>
          </w:p>
        </w:tc>
        <w:tc>
          <w:tcPr>
            <w:tcW w:type="dxa" w:w="8050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学歴 職歴</w:t>
            </w:r>
          </w:p>
        </w:tc>
      </w:tr>
      <w:tr>
        <w:trPr>
          <w:trHeight w:val="567" w:hRule="atLeast"/>
          <w:cantSplit/>
        </w:trPr>
        <w:tc>
          <w:tcPr>
            <w:tcW w:type="dxa" w:w="96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737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8050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567" w:hRule="atLeast"/>
          <w:cantSplit/>
        </w:trPr>
        <w:tc>
          <w:tcPr>
            <w:tcW w:type="dxa" w:w="96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737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8050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567" w:hRule="atLeast"/>
          <w:cantSplit/>
        </w:trPr>
        <w:tc>
          <w:tcPr>
            <w:tcW w:type="dxa" w:w="96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737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8050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567" w:hRule="atLeast"/>
          <w:cantSplit/>
        </w:trPr>
        <w:tc>
          <w:tcPr>
            <w:tcW w:type="dxa" w:w="96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737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8050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567" w:hRule="atLeast"/>
          <w:cantSplit/>
        </w:trPr>
        <w:tc>
          <w:tcPr>
            <w:tcW w:type="dxa" w:w="96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737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8050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567" w:hRule="atLeast"/>
          <w:cantSplit/>
        </w:trPr>
        <w:tc>
          <w:tcPr>
            <w:tcW w:type="dxa" w:w="96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737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8050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567" w:hRule="atLeast"/>
          <w:cantSplit/>
        </w:trPr>
        <w:tc>
          <w:tcPr>
            <w:tcW w:type="dxa" w:w="96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737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8050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567" w:hRule="atLeast"/>
          <w:cantSplit/>
        </w:trPr>
        <w:tc>
          <w:tcPr>
            <w:tcW w:type="dxa" w:w="96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737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8050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r>
        <w:br w:type="page"/>
      </w:r>
    </w:p>
    <w:p>
      <w:pPr>
        <w:pStyle w:val="Heading1"/>
      </w:pPr>
      <w:r>
        <w:t>履歴書 続き</w:t>
      </w:r>
    </w:p>
    <w:p>
      <w:r>
        <w:t xml:space="preserve">氏名　　　　　　　　　　　　　　　　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64"/>
        <w:gridCol w:w="737"/>
        <w:gridCol w:w="8050"/>
      </w:tblGrid>
      <w:tr>
        <w:trPr>
          <w:tblHeader/>
        </w:trPr>
        <w:tc>
          <w:tcPr>
            <w:tcW w:type="dxa" w:w="964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年</w:t>
            </w:r>
          </w:p>
        </w:tc>
        <w:tc>
          <w:tcPr>
            <w:tcW w:type="dxa" w:w="737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月</w:t>
            </w:r>
          </w:p>
        </w:tc>
        <w:tc>
          <w:tcPr>
            <w:tcW w:type="dxa" w:w="8050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免許 資格</w:t>
            </w:r>
          </w:p>
        </w:tc>
      </w:tr>
      <w:tr>
        <w:trPr>
          <w:trHeight w:val="680" w:hRule="atLeast"/>
          <w:cantSplit/>
        </w:trPr>
        <w:tc>
          <w:tcPr>
            <w:tcW w:type="dxa" w:w="96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737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8050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680" w:hRule="atLeast"/>
          <w:cantSplit/>
        </w:trPr>
        <w:tc>
          <w:tcPr>
            <w:tcW w:type="dxa" w:w="96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737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8050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680" w:hRule="atLeast"/>
          <w:cantSplit/>
        </w:trPr>
        <w:tc>
          <w:tcPr>
            <w:tcW w:type="dxa" w:w="96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737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8050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680" w:hRule="atLeast"/>
          <w:cantSplit/>
        </w:trPr>
        <w:tc>
          <w:tcPr>
            <w:tcW w:type="dxa" w:w="96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737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8050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680" w:hRule="atLeast"/>
          <w:cantSplit/>
        </w:trPr>
        <w:tc>
          <w:tcPr>
            <w:tcW w:type="dxa" w:w="96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737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8050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pPr>
        <w:pStyle w:val="Heading1"/>
      </w:pPr>
      <w:r>
        <w:t>志望動機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2778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  <w:br/>
              <w:br/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pPr>
        <w:pStyle w:val="Heading1"/>
      </w:pPr>
      <w:r>
        <w:t>本人希望記入欄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984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sectPr w:rsidR="00FC693F" w:rsidRPr="0006063C" w:rsidSect="00034616">
      <w:pgSz w:w="11906" w:h="16838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before="0" w:line="280" w:lineRule="exact"/>
      <w:keepNext w:val="0"/>
      <w:snapToGrid w:val="0"/>
    </w:pPr>
    <w:rPr>
      <w:rFonts w:ascii="Hiragino Sans" w:hAnsi="Hiragino Sans" w:eastAsia="Hiragino Sans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 w:line="360" w:lineRule="exact"/>
      <w:outlineLvl w:val="0"/>
      <w:snapToGrid w:val="0"/>
    </w:pPr>
    <w:rPr>
      <w:rFonts w:cstheme="majorBidi" w:ascii="Hiragino Sans" w:hAnsi="Hiragino Sans" w:eastAsia="Hiragino Sans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  <w:snapToGrid w:val="0"/>
    </w:pPr>
    <w:rPr>
      <w:rFonts w:cstheme="majorBidi" w:ascii="Hiragino Sans" w:hAnsi="Hiragino Sans" w:eastAsia="Hiragino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80" w:line="560" w:lineRule="exact" w:before="0"/>
      <w:contextualSpacing/>
      <w:snapToGrid w:val="0"/>
    </w:pPr>
    <w:rPr>
      <w:rFonts w:cstheme="majorBidi" w:ascii="Hiragino Sans" w:hAnsi="Hiragino Sans" w:eastAsia="Hiragino Sans"/>
      <w:color w:val="000000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subject>応募と転職準備に使えるオリジナルテンプレート</dc:subject>
  <dc:creator>トリジョブ編集部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