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自己PR作成シート</w:t>
      </w:r>
    </w:p>
    <w:p>
      <w:r>
        <w:t>自分用の準備シートです。空欄を記入し、分からない項目は「未確認」と残してください。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応募先と職種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今回伝えたい強み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855"/>
        <w:gridCol w:w="5896"/>
      </w:tblGrid>
      <w:tr>
        <w:trPr>
          <w:tblHeader/>
        </w:trPr>
        <w:tc>
          <w:tcPr>
            <w:tcW w:type="dxa" w:w="385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経験を思い出す質問</w:t>
            </w:r>
          </w:p>
        </w:tc>
        <w:tc>
          <w:tcPr>
            <w:tcW w:type="dxa" w:w="5896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自分のメモ</w:t>
            </w:r>
          </w:p>
        </w:tc>
      </w:tr>
      <w:tr>
        <w:trPr>
          <w:trHeight w:val="1304" w:hRule="atLeast"/>
          <w:cantSplit/>
        </w:trPr>
        <w:tc>
          <w:tcPr>
            <w:tcW w:type="dxa" w:w="3855"/>
            <w:vAlign w:val="center"/>
          </w:tcPr>
          <w:p>
            <w:pPr>
              <w:spacing w:after="60" w:before="60"/>
            </w:pPr>
            <w:r>
              <w:t>人から頼まれていた仕事は</w:t>
            </w:r>
          </w:p>
        </w:tc>
        <w:tc>
          <w:tcPr>
            <w:tcW w:type="dxa" w:w="5896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304" w:hRule="atLeast"/>
          <w:cantSplit/>
        </w:trPr>
        <w:tc>
          <w:tcPr>
            <w:tcW w:type="dxa" w:w="3855"/>
            <w:vAlign w:val="center"/>
          </w:tcPr>
          <w:p>
            <w:pPr>
              <w:spacing w:after="60" w:before="60"/>
            </w:pPr>
            <w:r>
              <w:t>忙しい時も続けた確認は</w:t>
            </w:r>
          </w:p>
        </w:tc>
        <w:tc>
          <w:tcPr>
            <w:tcW w:type="dxa" w:w="5896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304" w:hRule="atLeast"/>
          <w:cantSplit/>
        </w:trPr>
        <w:tc>
          <w:tcPr>
            <w:tcW w:type="dxa" w:w="3855"/>
            <w:vAlign w:val="center"/>
          </w:tcPr>
          <w:p>
            <w:pPr>
              <w:spacing w:after="60" w:before="60"/>
            </w:pPr>
            <w:r>
              <w:t>失敗後に変えた手順は</w:t>
            </w:r>
          </w:p>
        </w:tc>
        <w:tc>
          <w:tcPr>
            <w:tcW w:type="dxa" w:w="5896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304" w:hRule="atLeast"/>
          <w:cantSplit/>
        </w:trPr>
        <w:tc>
          <w:tcPr>
            <w:tcW w:type="dxa" w:w="3855"/>
            <w:vAlign w:val="center"/>
          </w:tcPr>
          <w:p>
            <w:pPr>
              <w:spacing w:after="60" w:before="60"/>
            </w:pPr>
            <w:r>
              <w:t>周囲と協力した場面は</w:t>
            </w:r>
          </w:p>
        </w:tc>
        <w:tc>
          <w:tcPr>
            <w:tcW w:type="dxa" w:w="5896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採用するエピソードと選んだ理由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自己PRを文章にする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場面と課題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自分が取った行動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結果 確認できた変化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2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応募する仕事との接点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書類用の自己PR原稿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2381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面接で話す要点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191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t>確認  □事実と一致  □数字の根拠あり  □他人の成果と区別  □自分の言葉で説明できる</w:t>
      </w:r>
    </w:p>
    <w:sectPr w:rsidR="00FC693F" w:rsidRPr="0006063C" w:rsidSect="00034616">
      <w:footerReference w:type="default" r:id="rId9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トリジョブ編集部  2026年9月版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自己PR作成シート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