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職務経歴書</w:t>
      </w:r>
    </w:p>
    <w:p>
      <w:r>
        <w:t xml:space="preserve">　　　　　　　年　　　月　　　日 現在</w:t>
        <w:br/>
        <w:t xml:space="preserve">氏名　　　　　　　　　　　　　　　　　</w:t>
      </w:r>
    </w:p>
    <w:p>
      <w:pPr>
        <w:pStyle w:val="Heading1"/>
      </w:pPr>
      <w:r>
        <w:t>職務要約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職務経歴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在籍期間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会社名と施設名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部署 役職 雇用形態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担当業務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工夫と結果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職務経歴書 続き</w:t>
      </w:r>
    </w:p>
    <w:p>
      <w:r>
        <w:t xml:space="preserve">氏名　　　　　　　　　　　　　　　　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その他の職歴と期間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担当業務と役割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438"/>
        <w:gridCol w:w="7313"/>
      </w:tblGrid>
      <w:tr>
        <w:trPr>
          <w:tblHeader/>
        </w:trPr>
        <w:tc>
          <w:tcPr>
            <w:tcW w:type="dxa" w:w="243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スキル</w:t>
            </w:r>
          </w:p>
        </w:tc>
        <w:tc>
          <w:tcPr>
            <w:tcW w:type="dxa" w:w="731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経験 対応できる範囲</w:t>
            </w:r>
          </w:p>
        </w:tc>
      </w:tr>
      <w:tr>
        <w:trPr>
          <w:trHeight w:val="964" w:hRule="atLeast"/>
          <w:cantSplit/>
        </w:trPr>
        <w:tc>
          <w:tcPr>
            <w:tcW w:type="dxa" w:w="2438"/>
            <w:vAlign w:val="center"/>
          </w:tcPr>
          <w:p>
            <w:pPr>
              <w:spacing w:after="60" w:before="60"/>
            </w:pPr>
            <w:r>
              <w:t>システム PC</w:t>
            </w:r>
          </w:p>
        </w:tc>
        <w:tc>
          <w:tcPr>
            <w:tcW w:type="dxa" w:w="731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438"/>
            <w:vAlign w:val="center"/>
          </w:tcPr>
          <w:p>
            <w:pPr>
              <w:spacing w:after="60" w:before="60"/>
            </w:pPr>
            <w:r>
              <w:t>語学</w:t>
            </w:r>
          </w:p>
        </w:tc>
        <w:tc>
          <w:tcPr>
            <w:tcW w:type="dxa" w:w="731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438"/>
            <w:vAlign w:val="center"/>
          </w:tcPr>
          <w:p>
            <w:pPr>
              <w:spacing w:after="60" w:before="60"/>
            </w:pPr>
            <w:r>
              <w:t>接客 運営 指導</w:t>
            </w:r>
          </w:p>
        </w:tc>
        <w:tc>
          <w:tcPr>
            <w:tcW w:type="dxa" w:w="731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免許 資格 学習中の内容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191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自己PR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984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sectPr w:rsidR="00FC693F" w:rsidRPr="0006063C" w:rsidSect="00034616"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職務経歴書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